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071" w:rsidRPr="003E00DD" w:rsidRDefault="00E16071" w:rsidP="00E16071">
      <w:pPr>
        <w:shd w:val="clear" w:color="auto" w:fill="95B3D7" w:themeFill="accent1" w:themeFillTint="99"/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</w:p>
    <w:p w:rsidR="00E16071" w:rsidRPr="003E00DD" w:rsidRDefault="00E16071" w:rsidP="00E16071">
      <w:pPr>
        <w:shd w:val="clear" w:color="auto" w:fill="95B3D7" w:themeFill="accent1" w:themeFillTint="99"/>
        <w:tabs>
          <w:tab w:val="left" w:pos="988"/>
        </w:tabs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3E00DD">
        <w:rPr>
          <w:rFonts w:ascii="Arial" w:hAnsi="Arial" w:cs="Arial"/>
          <w:b/>
          <w:bCs/>
          <w:sz w:val="32"/>
          <w:szCs w:val="32"/>
          <w:lang w:val="es-ES"/>
        </w:rPr>
        <w:t>CONVOCATORIA 2026</w:t>
      </w:r>
    </w:p>
    <w:p w:rsidR="00E16071" w:rsidRPr="003E00DD" w:rsidRDefault="00E16071" w:rsidP="00E16071">
      <w:pPr>
        <w:shd w:val="clear" w:color="auto" w:fill="95B3D7" w:themeFill="accent1" w:themeFillTint="99"/>
        <w:tabs>
          <w:tab w:val="left" w:pos="988"/>
        </w:tabs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3E00DD">
        <w:rPr>
          <w:rFonts w:ascii="Arial" w:hAnsi="Arial" w:cs="Arial"/>
          <w:b/>
          <w:bCs/>
          <w:sz w:val="32"/>
          <w:szCs w:val="32"/>
          <w:lang w:val="es-ES"/>
        </w:rPr>
        <w:t xml:space="preserve">Subvenciones a entidades sin ánimo de lucro para la promoción laboral de personas con discapacidad, </w:t>
      </w:r>
    </w:p>
    <w:p w:rsidR="00E16071" w:rsidRPr="003E00DD" w:rsidRDefault="00E16071" w:rsidP="00E16071">
      <w:pPr>
        <w:shd w:val="clear" w:color="auto" w:fill="95B3D7" w:themeFill="accent1" w:themeFillTint="99"/>
        <w:tabs>
          <w:tab w:val="left" w:pos="988"/>
        </w:tabs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3E00DD">
        <w:rPr>
          <w:rFonts w:ascii="Arial" w:hAnsi="Arial" w:cs="Arial"/>
          <w:b/>
          <w:bCs/>
          <w:sz w:val="32"/>
          <w:szCs w:val="32"/>
          <w:lang w:val="es-ES"/>
        </w:rPr>
        <w:t>Santander te Apoya</w:t>
      </w:r>
    </w:p>
    <w:p w:rsidR="00E16071" w:rsidRPr="003E00DD" w:rsidRDefault="00E16071" w:rsidP="00E16071">
      <w:pPr>
        <w:shd w:val="clear" w:color="auto" w:fill="95B3D7" w:themeFill="accent1" w:themeFillTint="99"/>
        <w:tabs>
          <w:tab w:val="left" w:pos="988"/>
        </w:tabs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3E00DD">
        <w:rPr>
          <w:rFonts w:ascii="Arial" w:hAnsi="Arial" w:cs="Arial"/>
          <w:b/>
          <w:bCs/>
          <w:sz w:val="32"/>
          <w:szCs w:val="32"/>
          <w:lang w:val="es-ES"/>
        </w:rPr>
        <w:t>ANEXO 1</w:t>
      </w:r>
    </w:p>
    <w:p w:rsidR="00E16071" w:rsidRPr="003E00DD" w:rsidRDefault="00E16071" w:rsidP="00E16071">
      <w:pPr>
        <w:shd w:val="clear" w:color="auto" w:fill="95B3D7" w:themeFill="accent1" w:themeFillTint="99"/>
        <w:tabs>
          <w:tab w:val="left" w:pos="988"/>
        </w:tabs>
        <w:spacing w:line="240" w:lineRule="auto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AA778A" w:rsidRPr="003E00DD" w:rsidRDefault="00A32883" w:rsidP="00AA778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3E00DD">
        <w:rPr>
          <w:rFonts w:ascii="Arial" w:hAnsi="Arial" w:cs="Arial"/>
          <w:b/>
          <w:bCs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127000</wp:posOffset>
            </wp:positionV>
            <wp:extent cx="1133475" cy="1581150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020B" w:rsidRPr="003E00DD" w:rsidRDefault="0033020B" w:rsidP="00AA778A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33020B" w:rsidRPr="003E00DD" w:rsidRDefault="0033020B" w:rsidP="00AA778A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33020B" w:rsidRPr="003E00DD" w:rsidRDefault="00A32883" w:rsidP="00A32883">
      <w:pPr>
        <w:tabs>
          <w:tab w:val="left" w:pos="4995"/>
        </w:tabs>
        <w:rPr>
          <w:rFonts w:ascii="Arial" w:hAnsi="Arial" w:cs="Arial"/>
          <w:b/>
          <w:sz w:val="20"/>
          <w:szCs w:val="20"/>
          <w:lang w:val="es-ES"/>
        </w:rPr>
      </w:pPr>
      <w:r w:rsidRPr="003E00DD">
        <w:rPr>
          <w:rFonts w:ascii="Arial" w:hAnsi="Arial" w:cs="Arial"/>
          <w:b/>
          <w:sz w:val="20"/>
          <w:szCs w:val="20"/>
          <w:lang w:val="es-ES"/>
        </w:rPr>
        <w:tab/>
      </w:r>
    </w:p>
    <w:p w:rsidR="0033020B" w:rsidRPr="003E00DD" w:rsidRDefault="0033020B" w:rsidP="00AA778A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33020B" w:rsidRPr="003E00DD" w:rsidRDefault="0033020B" w:rsidP="00AA778A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AA778A" w:rsidRPr="003E00DD" w:rsidRDefault="00AA778A" w:rsidP="00AA778A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3E00DD">
        <w:rPr>
          <w:rFonts w:ascii="Arial" w:hAnsi="Arial" w:cs="Arial"/>
          <w:b/>
          <w:sz w:val="24"/>
          <w:szCs w:val="24"/>
          <w:lang w:val="es-ES"/>
        </w:rPr>
        <w:t>AYUNTAMIENTO DE SANTANDER</w:t>
      </w:r>
    </w:p>
    <w:p w:rsidR="00AA778A" w:rsidRPr="003E00DD" w:rsidRDefault="00AA778A" w:rsidP="0033020B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3E00DD">
        <w:rPr>
          <w:rFonts w:ascii="Arial" w:hAnsi="Arial" w:cs="Arial"/>
          <w:b/>
          <w:sz w:val="20"/>
          <w:szCs w:val="20"/>
          <w:lang w:val="es-ES"/>
        </w:rPr>
        <w:t>CONCEJALIA DE SERVICIOS SOCIALES, FAMILIA, SALUD, AUTONOMÍA PERSONAL E IGUALDAD</w:t>
      </w:r>
    </w:p>
    <w:tbl>
      <w:tblPr>
        <w:tblStyle w:val="Tabladecuadrcula4-nfasis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800"/>
      </w:tblGrid>
      <w:tr w:rsidR="00AA778A" w:rsidRPr="003E00DD" w:rsidTr="003E00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ENTIDAD</w:t>
            </w:r>
          </w:p>
        </w:tc>
        <w:tc>
          <w:tcPr>
            <w:tcW w:w="58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A778A" w:rsidRPr="003E00DD" w:rsidRDefault="00AA778A" w:rsidP="001B0C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</w:p>
        </w:tc>
      </w:tr>
      <w:tr w:rsidR="00AA778A" w:rsidRPr="003E00DD" w:rsidTr="003E0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CONVOCATORIA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AA7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sz w:val="20"/>
                <w:szCs w:val="20"/>
                <w:lang w:val="es-ES"/>
              </w:rPr>
              <w:t>SANTANDER TE APOYA</w:t>
            </w:r>
          </w:p>
        </w:tc>
      </w:tr>
      <w:tr w:rsidR="00AA778A" w:rsidRPr="003E00DD" w:rsidTr="003E00DD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TITULO DEL PROYECTO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AA77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A778A" w:rsidRPr="003E00DD" w:rsidTr="003E0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 xml:space="preserve">AREA 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AA77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u w:val="single"/>
                <w:lang w:val="es-ES"/>
              </w:rPr>
            </w:pPr>
            <w:r w:rsidRPr="003E00DD">
              <w:rPr>
                <w:rFonts w:ascii="Arial" w:hAnsi="Arial" w:cs="Arial"/>
                <w:b/>
                <w:sz w:val="20"/>
                <w:szCs w:val="20"/>
                <w:u w:val="single"/>
                <w:lang w:val="es-ES"/>
              </w:rPr>
              <w:t>AUTONOMÍA PERSONAL</w:t>
            </w:r>
          </w:p>
        </w:tc>
      </w:tr>
      <w:tr w:rsidR="00AA778A" w:rsidRPr="003E00DD" w:rsidTr="003E00DD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DURACIÓN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AA778A">
            <w:pPr>
              <w:tabs>
                <w:tab w:val="left" w:pos="97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A778A" w:rsidRPr="003E00DD" w:rsidTr="003E00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COSTE TOTAL DEL PROYECTO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AA77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A778A" w:rsidRPr="003E00DD" w:rsidTr="003E00DD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:rsidR="00AA778A" w:rsidRPr="003E00DD" w:rsidRDefault="00AA778A" w:rsidP="00AA778A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>SUBVENCION SOLICITADA AL AYUNTAMIENTO DE SANTANDER</w:t>
            </w:r>
          </w:p>
        </w:tc>
        <w:tc>
          <w:tcPr>
            <w:tcW w:w="5800" w:type="dxa"/>
            <w:vAlign w:val="center"/>
          </w:tcPr>
          <w:p w:rsidR="00AA778A" w:rsidRPr="003E00DD" w:rsidRDefault="00AA778A" w:rsidP="001B0C5B">
            <w:pPr>
              <w:tabs>
                <w:tab w:val="left" w:pos="34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:rsidR="00AA778A" w:rsidRPr="003E00DD" w:rsidRDefault="00AA778A" w:rsidP="0033020B">
      <w:pPr>
        <w:rPr>
          <w:rFonts w:ascii="Arial" w:hAnsi="Arial" w:cs="Arial"/>
          <w:sz w:val="20"/>
          <w:szCs w:val="20"/>
          <w:lang w:val="es-ES"/>
        </w:rPr>
      </w:pPr>
    </w:p>
    <w:p w:rsidR="00AA778A" w:rsidRPr="003E00DD" w:rsidRDefault="00AA778A" w:rsidP="00AA778A">
      <w:pPr>
        <w:jc w:val="center"/>
        <w:rPr>
          <w:rFonts w:ascii="Arial" w:hAnsi="Arial" w:cs="Arial"/>
          <w:sz w:val="20"/>
          <w:szCs w:val="20"/>
          <w:lang w:val="es-ES"/>
        </w:rPr>
      </w:pPr>
    </w:p>
    <w:tbl>
      <w:tblPr>
        <w:tblW w:w="5131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6"/>
      </w:tblGrid>
      <w:tr w:rsidR="00C678F3" w:rsidRPr="003E00DD" w:rsidTr="003E00DD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C678F3" w:rsidRPr="003113B3" w:rsidRDefault="00C678F3" w:rsidP="00A3288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lastRenderedPageBreak/>
              <w:t>DATOS DE LA ENTIDAD SOLICITANTE</w:t>
            </w:r>
          </w:p>
        </w:tc>
      </w:tr>
    </w:tbl>
    <w:p w:rsidR="00C678F3" w:rsidRPr="003E00DD" w:rsidRDefault="00C678F3" w:rsidP="00C678F3">
      <w:pPr>
        <w:rPr>
          <w:rFonts w:ascii="Arial" w:hAnsi="Arial" w:cs="Arial"/>
          <w:sz w:val="20"/>
          <w:szCs w:val="20"/>
          <w:lang w:val="es-ES"/>
        </w:rPr>
      </w:pP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3"/>
        <w:gridCol w:w="284"/>
        <w:gridCol w:w="708"/>
        <w:gridCol w:w="386"/>
        <w:gridCol w:w="40"/>
        <w:gridCol w:w="567"/>
        <w:gridCol w:w="567"/>
        <w:gridCol w:w="794"/>
        <w:gridCol w:w="198"/>
        <w:gridCol w:w="142"/>
        <w:gridCol w:w="672"/>
        <w:gridCol w:w="36"/>
        <w:gridCol w:w="426"/>
        <w:gridCol w:w="2618"/>
      </w:tblGrid>
      <w:tr w:rsidR="00C678F3" w:rsidRPr="003E00DD" w:rsidTr="00AC24CB">
        <w:tc>
          <w:tcPr>
            <w:tcW w:w="8931" w:type="dxa"/>
            <w:gridSpan w:val="14"/>
            <w:shd w:val="clear" w:color="auto" w:fill="95B3D7" w:themeFill="accent1" w:themeFillTint="99"/>
            <w:vAlign w:val="center"/>
          </w:tcPr>
          <w:p w:rsidR="00C678F3" w:rsidRPr="003E00DD" w:rsidRDefault="00C678F3" w:rsidP="003113B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bCs w:val="0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t>1. Identificación de la Entidad</w:t>
            </w:r>
          </w:p>
        </w:tc>
      </w:tr>
      <w:tr w:rsidR="00C678F3" w:rsidRPr="003E00DD" w:rsidTr="00AC24CB">
        <w:tc>
          <w:tcPr>
            <w:tcW w:w="2871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Nombre completo:</w:t>
            </w:r>
          </w:p>
        </w:tc>
        <w:tc>
          <w:tcPr>
            <w:tcW w:w="6060" w:type="dxa"/>
            <w:gridSpan w:val="10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1777" w:type="dxa"/>
            <w:gridSpan w:val="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Siglas:</w:t>
            </w:r>
          </w:p>
        </w:tc>
        <w:tc>
          <w:tcPr>
            <w:tcW w:w="3062" w:type="dxa"/>
            <w:gridSpan w:val="6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474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CIF</w:t>
            </w:r>
          </w:p>
        </w:tc>
        <w:tc>
          <w:tcPr>
            <w:tcW w:w="2618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248"/>
        </w:trPr>
        <w:tc>
          <w:tcPr>
            <w:tcW w:w="2911" w:type="dxa"/>
            <w:gridSpan w:val="5"/>
            <w:vMerge w:val="restart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Naturaleza jurídica</w:t>
            </w:r>
          </w:p>
        </w:tc>
        <w:tc>
          <w:tcPr>
            <w:tcW w:w="2940" w:type="dxa"/>
            <w:gridSpan w:val="6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E00DD">
              <w:rPr>
                <w:rFonts w:ascii="Segoe UI Symbol" w:hAnsi="Segoe UI Symbol" w:cs="Segoe UI Symbol"/>
                <w:b/>
                <w:bCs/>
                <w:sz w:val="20"/>
                <w:szCs w:val="20"/>
                <w:lang w:val="es-ES"/>
              </w:rPr>
              <w:t>☐</w:t>
            </w: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 xml:space="preserve"> Asociación </w:t>
            </w:r>
          </w:p>
        </w:tc>
        <w:tc>
          <w:tcPr>
            <w:tcW w:w="3080" w:type="dxa"/>
            <w:gridSpan w:val="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Segoe UI Symbol" w:hAnsi="Segoe UI Symbol" w:cs="Segoe UI Symbol"/>
                <w:b/>
                <w:bCs/>
                <w:sz w:val="20"/>
                <w:szCs w:val="20"/>
                <w:lang w:val="es-ES"/>
              </w:rPr>
              <w:t>☐</w:t>
            </w: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 xml:space="preserve"> Fundación</w:t>
            </w:r>
          </w:p>
        </w:tc>
      </w:tr>
      <w:tr w:rsidR="00C678F3" w:rsidRPr="003E00DD" w:rsidTr="00AC24CB">
        <w:trPr>
          <w:trHeight w:val="247"/>
        </w:trPr>
        <w:tc>
          <w:tcPr>
            <w:tcW w:w="2911" w:type="dxa"/>
            <w:gridSpan w:val="5"/>
            <w:vMerge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940" w:type="dxa"/>
            <w:gridSpan w:val="6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E00DD">
              <w:rPr>
                <w:rFonts w:ascii="Segoe UI Symbol" w:hAnsi="Segoe UI Symbol" w:cs="Segoe UI Symbol"/>
                <w:sz w:val="20"/>
                <w:szCs w:val="20"/>
                <w:lang w:val="es-ES"/>
              </w:rPr>
              <w:t>☐</w:t>
            </w: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 xml:space="preserve"> Cooperativa</w:t>
            </w:r>
          </w:p>
        </w:tc>
        <w:tc>
          <w:tcPr>
            <w:tcW w:w="3080" w:type="dxa"/>
            <w:gridSpan w:val="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E00DD">
              <w:rPr>
                <w:rFonts w:ascii="Segoe UI Symbol" w:hAnsi="Segoe UI Symbol" w:cs="Segoe UI Symbol"/>
                <w:sz w:val="20"/>
                <w:szCs w:val="20"/>
                <w:lang w:val="es-ES"/>
              </w:rPr>
              <w:t>☐</w:t>
            </w:r>
            <w:r w:rsidRPr="003E00DD">
              <w:rPr>
                <w:rFonts w:ascii="Arial" w:hAnsi="Arial" w:cs="Arial"/>
                <w:sz w:val="20"/>
                <w:szCs w:val="20"/>
                <w:lang w:val="es-ES"/>
              </w:rPr>
              <w:t xml:space="preserve"> Otra</w:t>
            </w:r>
          </w:p>
        </w:tc>
      </w:tr>
      <w:tr w:rsidR="00C678F3" w:rsidRPr="003E00DD" w:rsidTr="00AC24CB">
        <w:tc>
          <w:tcPr>
            <w:tcW w:w="1777" w:type="dxa"/>
            <w:gridSpan w:val="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Dirección:</w:t>
            </w:r>
          </w:p>
        </w:tc>
        <w:tc>
          <w:tcPr>
            <w:tcW w:w="7154" w:type="dxa"/>
            <w:gridSpan w:val="1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1777" w:type="dxa"/>
            <w:gridSpan w:val="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Código Postal:</w:t>
            </w:r>
          </w:p>
        </w:tc>
        <w:tc>
          <w:tcPr>
            <w:tcW w:w="1701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Localidad</w:t>
            </w:r>
          </w:p>
        </w:tc>
        <w:tc>
          <w:tcPr>
            <w:tcW w:w="3894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1777" w:type="dxa"/>
            <w:gridSpan w:val="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Teléfono</w:t>
            </w:r>
          </w:p>
        </w:tc>
        <w:tc>
          <w:tcPr>
            <w:tcW w:w="7154" w:type="dxa"/>
            <w:gridSpan w:val="1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2911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6020" w:type="dxa"/>
            <w:gridSpan w:val="9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2911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Página web de la entidad</w:t>
            </w:r>
          </w:p>
        </w:tc>
        <w:tc>
          <w:tcPr>
            <w:tcW w:w="6020" w:type="dxa"/>
            <w:gridSpan w:val="9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8931" w:type="dxa"/>
            <w:gridSpan w:val="14"/>
            <w:shd w:val="clear" w:color="auto" w:fill="95B3D7" w:themeFill="accent1" w:themeFillTint="99"/>
            <w:vAlign w:val="center"/>
          </w:tcPr>
          <w:p w:rsidR="00C678F3" w:rsidRPr="003E00DD" w:rsidRDefault="00C678F3" w:rsidP="003113B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b w:val="0"/>
                <w:bCs w:val="0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t>2. Información relativa al responsable de la Entidad</w:t>
            </w:r>
          </w:p>
        </w:tc>
      </w:tr>
      <w:tr w:rsidR="00C678F3" w:rsidRPr="003E00DD" w:rsidTr="00AC24CB">
        <w:trPr>
          <w:trHeight w:val="378"/>
        </w:trPr>
        <w:tc>
          <w:tcPr>
            <w:tcW w:w="2485" w:type="dxa"/>
            <w:gridSpan w:val="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Nombre y Apellidos</w:t>
            </w:r>
          </w:p>
        </w:tc>
        <w:tc>
          <w:tcPr>
            <w:tcW w:w="6446" w:type="dxa"/>
            <w:gridSpan w:val="11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D.N.I./ N.I.E</w:t>
            </w:r>
          </w:p>
        </w:tc>
        <w:tc>
          <w:tcPr>
            <w:tcW w:w="7438" w:type="dxa"/>
            <w:gridSpan w:val="1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234"/>
        </w:trPr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Cargo</w:t>
            </w:r>
          </w:p>
        </w:tc>
        <w:tc>
          <w:tcPr>
            <w:tcW w:w="7438" w:type="dxa"/>
            <w:gridSpan w:val="1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280"/>
        </w:trPr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Teléfono</w:t>
            </w:r>
          </w:p>
        </w:tc>
        <w:tc>
          <w:tcPr>
            <w:tcW w:w="1418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3752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8931" w:type="dxa"/>
            <w:gridSpan w:val="14"/>
            <w:shd w:val="clear" w:color="auto" w:fill="95B3D7" w:themeFill="accent1" w:themeFillTint="99"/>
            <w:vAlign w:val="center"/>
          </w:tcPr>
          <w:p w:rsidR="00C678F3" w:rsidRPr="003E00DD" w:rsidRDefault="00C678F3" w:rsidP="003113B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b w:val="0"/>
                <w:bCs w:val="0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t>3. Información relativa al responsable del proyecto</w:t>
            </w:r>
          </w:p>
        </w:tc>
      </w:tr>
      <w:tr w:rsidR="00C678F3" w:rsidRPr="003E00DD" w:rsidTr="00AC24CB">
        <w:trPr>
          <w:trHeight w:val="378"/>
        </w:trPr>
        <w:tc>
          <w:tcPr>
            <w:tcW w:w="2485" w:type="dxa"/>
            <w:gridSpan w:val="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Nombre y Apellidos</w:t>
            </w:r>
          </w:p>
        </w:tc>
        <w:tc>
          <w:tcPr>
            <w:tcW w:w="6446" w:type="dxa"/>
            <w:gridSpan w:val="11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D.N.I./ N.I.E.</w:t>
            </w:r>
          </w:p>
        </w:tc>
        <w:tc>
          <w:tcPr>
            <w:tcW w:w="7438" w:type="dxa"/>
            <w:gridSpan w:val="1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234"/>
        </w:trPr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Cargo</w:t>
            </w:r>
          </w:p>
        </w:tc>
        <w:tc>
          <w:tcPr>
            <w:tcW w:w="7438" w:type="dxa"/>
            <w:gridSpan w:val="13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280"/>
        </w:trPr>
        <w:tc>
          <w:tcPr>
            <w:tcW w:w="1493" w:type="dxa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Teléfono</w:t>
            </w:r>
          </w:p>
        </w:tc>
        <w:tc>
          <w:tcPr>
            <w:tcW w:w="1418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3752" w:type="dxa"/>
            <w:gridSpan w:val="4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113B3" w:rsidTr="00AC24CB">
        <w:trPr>
          <w:trHeight w:val="289"/>
        </w:trPr>
        <w:tc>
          <w:tcPr>
            <w:tcW w:w="8931" w:type="dxa"/>
            <w:gridSpan w:val="14"/>
            <w:shd w:val="clear" w:color="auto" w:fill="95B3D7" w:themeFill="accent1" w:themeFillTint="99"/>
            <w:vAlign w:val="center"/>
          </w:tcPr>
          <w:p w:rsidR="00C678F3" w:rsidRPr="003113B3" w:rsidRDefault="00C678F3" w:rsidP="003113B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t>4. Otros datos de interés</w:t>
            </w:r>
          </w:p>
        </w:tc>
      </w:tr>
      <w:tr w:rsidR="00C678F3" w:rsidRPr="003E00DD" w:rsidTr="00AC24CB">
        <w:trPr>
          <w:trHeight w:val="286"/>
        </w:trPr>
        <w:tc>
          <w:tcPr>
            <w:tcW w:w="5887" w:type="dxa"/>
            <w:gridSpan w:val="12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 de inscripción en el:</w:t>
            </w:r>
          </w:p>
          <w:p w:rsidR="00C678F3" w:rsidRPr="003E00DD" w:rsidRDefault="00C678F3" w:rsidP="00C678F3">
            <w:pPr>
              <w:pStyle w:val="Prrafodelista"/>
              <w:numPr>
                <w:ilvl w:val="0"/>
                <w:numId w:val="11"/>
              </w:numPr>
              <w:tabs>
                <w:tab w:val="left" w:pos="238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Registro de Entidades, Servicios y Centros de Servicios Sociales de la Comunidad Autónoma de Cantabria.</w:t>
            </w:r>
          </w:p>
          <w:p w:rsidR="00C678F3" w:rsidRPr="003E00DD" w:rsidRDefault="00C678F3" w:rsidP="00C678F3">
            <w:pPr>
              <w:pStyle w:val="Prrafodelista"/>
              <w:numPr>
                <w:ilvl w:val="0"/>
                <w:numId w:val="11"/>
              </w:numPr>
              <w:tabs>
                <w:tab w:val="left" w:pos="238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en el Registro municipal de Entidades ciudadanas del Ayuntamiento de Santander.</w:t>
            </w:r>
          </w:p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3044" w:type="dxa"/>
            <w:gridSpan w:val="2"/>
            <w:vAlign w:val="center"/>
          </w:tcPr>
          <w:p w:rsidR="00C678F3" w:rsidRPr="003E00DD" w:rsidRDefault="00C678F3" w:rsidP="00F07B4E">
            <w:pPr>
              <w:pStyle w:val="Sangradetextonormal"/>
              <w:ind w:left="110"/>
              <w:rPr>
                <w:rFonts w:ascii="Arial" w:hAnsi="Arial" w:cs="Arial"/>
                <w:i/>
                <w:iCs/>
                <w:color w:val="C0C0C0"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i/>
                <w:iCs/>
                <w:color w:val="C0C0C0"/>
                <w:sz w:val="20"/>
                <w:szCs w:val="20"/>
                <w:lang w:val="es-ES"/>
              </w:rPr>
              <w:t>(Indicar fecha)</w:t>
            </w:r>
          </w:p>
          <w:p w:rsidR="00C678F3" w:rsidRPr="003E00DD" w:rsidRDefault="00C678F3" w:rsidP="00C678F3">
            <w:pPr>
              <w:pStyle w:val="Prrafodelista"/>
              <w:numPr>
                <w:ilvl w:val="0"/>
                <w:numId w:val="12"/>
              </w:numPr>
              <w:tabs>
                <w:tab w:val="left" w:pos="238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  <w:p w:rsidR="00C678F3" w:rsidRPr="003E00DD" w:rsidRDefault="00C678F3" w:rsidP="00F07B4E">
            <w:pPr>
              <w:pStyle w:val="Prrafodelista"/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:rsidR="00C678F3" w:rsidRPr="003E00DD" w:rsidRDefault="00C678F3" w:rsidP="00F07B4E">
            <w:pPr>
              <w:pStyle w:val="Prrafodelista"/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:rsidR="00C678F3" w:rsidRPr="003E00DD" w:rsidRDefault="00C678F3" w:rsidP="00F07B4E">
            <w:pPr>
              <w:pStyle w:val="Prrafodelista"/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:rsidR="00C678F3" w:rsidRPr="003E00DD" w:rsidRDefault="00C678F3" w:rsidP="00C678F3">
            <w:pPr>
              <w:pStyle w:val="Prrafodelista"/>
              <w:numPr>
                <w:ilvl w:val="0"/>
                <w:numId w:val="12"/>
              </w:numPr>
              <w:tabs>
                <w:tab w:val="left" w:pos="238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C678F3" w:rsidRPr="003E00DD" w:rsidTr="00AC24CB">
        <w:trPr>
          <w:trHeight w:val="588"/>
        </w:trPr>
        <w:tc>
          <w:tcPr>
            <w:tcW w:w="4045" w:type="dxa"/>
            <w:gridSpan w:val="7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Objeto social, fines estatutarios o actividad principal, esté directamente relacionada con la atención, inclusión, </w:t>
            </w:r>
            <w:r w:rsidRPr="003E00DD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lastRenderedPageBreak/>
              <w:t>apoyo o promoción de las personas con discapacidad</w:t>
            </w:r>
          </w:p>
        </w:tc>
        <w:tc>
          <w:tcPr>
            <w:tcW w:w="4886" w:type="dxa"/>
            <w:gridSpan w:val="7"/>
            <w:vAlign w:val="center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</w:p>
          <w:p w:rsidR="00C678F3" w:rsidRPr="003E00DD" w:rsidRDefault="00C678F3" w:rsidP="00F07B4E">
            <w:pPr>
              <w:pStyle w:val="Sangradetextonormal"/>
              <w:ind w:left="110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3E00DD">
              <w:rPr>
                <w:rFonts w:ascii="Arial" w:hAnsi="Arial" w:cs="Arial"/>
                <w:i/>
                <w:iCs/>
                <w:color w:val="C0C0C0"/>
                <w:sz w:val="20"/>
                <w:szCs w:val="20"/>
                <w:lang w:val="es-ES"/>
              </w:rPr>
              <w:lastRenderedPageBreak/>
              <w:t>Se deberá adjuntar documentación que lo justifique: Estatutos de la Entidad.</w:t>
            </w:r>
            <w:r w:rsidRPr="003E00D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C678F3" w:rsidRPr="003E00DD" w:rsidRDefault="00C678F3" w:rsidP="00C678F3">
      <w:pPr>
        <w:rPr>
          <w:rFonts w:ascii="Arial" w:hAnsi="Arial" w:cs="Arial"/>
          <w:lang w:val="es-ES"/>
        </w:rPr>
      </w:pPr>
    </w:p>
    <w:tbl>
      <w:tblPr>
        <w:tblStyle w:val="Tabladecuadrcula1clara-nfasis1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6443"/>
        <w:gridCol w:w="2483"/>
      </w:tblGrid>
      <w:tr w:rsidR="00C678F3" w:rsidRPr="003E00DD" w:rsidTr="003113B3">
        <w:trPr>
          <w:trHeight w:val="361"/>
          <w:jc w:val="center"/>
        </w:trPr>
        <w:tc>
          <w:tcPr>
            <w:tcW w:w="6443" w:type="dxa"/>
          </w:tcPr>
          <w:p w:rsidR="00C678F3" w:rsidRPr="003E00DD" w:rsidRDefault="00C678F3" w:rsidP="00F07B4E">
            <w:pPr>
              <w:tabs>
                <w:tab w:val="left" w:pos="23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3E00DD">
              <w:rPr>
                <w:rFonts w:ascii="Arial" w:hAnsi="Arial" w:cs="Arial"/>
                <w:b/>
                <w:bCs/>
              </w:rPr>
              <w:t>Contar con recursos humanos, económicos y materiales que garanticen la sostenibilidad de la Entidad</w:t>
            </w:r>
          </w:p>
        </w:tc>
        <w:tc>
          <w:tcPr>
            <w:tcW w:w="2483" w:type="dxa"/>
          </w:tcPr>
          <w:p w:rsidR="00C678F3" w:rsidRPr="003E00DD" w:rsidRDefault="00C678F3" w:rsidP="00B36920">
            <w:pPr>
              <w:pStyle w:val="Sangradetextonormal"/>
              <w:ind w:left="110"/>
              <w:rPr>
                <w:rFonts w:ascii="Arial" w:hAnsi="Arial" w:cs="Arial"/>
                <w:bCs/>
              </w:rPr>
            </w:pPr>
            <w:r w:rsidRPr="003E00DD">
              <w:rPr>
                <w:rFonts w:ascii="Arial" w:hAnsi="Arial" w:cs="Arial"/>
                <w:i/>
                <w:iCs/>
                <w:color w:val="C0C0C0"/>
              </w:rPr>
              <w:t xml:space="preserve">Cumplimentar Anexo </w:t>
            </w:r>
            <w:r w:rsidR="00B36920">
              <w:rPr>
                <w:rFonts w:ascii="Arial" w:hAnsi="Arial" w:cs="Arial"/>
                <w:i/>
                <w:iCs/>
                <w:color w:val="C0C0C0"/>
              </w:rPr>
              <w:t>3</w:t>
            </w:r>
          </w:p>
        </w:tc>
      </w:tr>
    </w:tbl>
    <w:p w:rsidR="00C678F3" w:rsidRPr="003E00DD" w:rsidRDefault="00C678F3" w:rsidP="00C678F3">
      <w:pPr>
        <w:rPr>
          <w:rFonts w:ascii="Arial" w:hAnsi="Arial" w:cs="Arial"/>
          <w:lang w:val="es-ES"/>
        </w:rPr>
      </w:pPr>
    </w:p>
    <w:p w:rsidR="00C678F3" w:rsidRPr="003E00DD" w:rsidRDefault="00C678F3" w:rsidP="00C678F3">
      <w:pPr>
        <w:rPr>
          <w:rFonts w:ascii="Arial" w:hAnsi="Arial" w:cs="Arial"/>
          <w:vanish/>
          <w:sz w:val="20"/>
          <w:szCs w:val="20"/>
          <w:lang w:val="es-ES"/>
        </w:rPr>
      </w:pPr>
      <w:r w:rsidRPr="003E00DD">
        <w:rPr>
          <w:rFonts w:ascii="Arial" w:hAnsi="Arial" w:cs="Arial"/>
          <w:vanish/>
          <w:sz w:val="20"/>
          <w:szCs w:val="20"/>
          <w:lang w:val="es-ES"/>
        </w:rPr>
        <w:br w:type="page"/>
      </w:r>
    </w:p>
    <w:tbl>
      <w:tblPr>
        <w:tblW w:w="517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0"/>
      </w:tblGrid>
      <w:tr w:rsidR="00C678F3" w:rsidRPr="003E00DD" w:rsidTr="00AC24CB">
        <w:trPr>
          <w:trHeight w:val="64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C678F3" w:rsidRPr="003113B3" w:rsidRDefault="00C678F3" w:rsidP="003113B3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</w:pPr>
            <w:r w:rsidRPr="003113B3">
              <w:rPr>
                <w:rFonts w:ascii="Arial" w:hAnsi="Arial" w:cs="Arial"/>
                <w:color w:val="auto"/>
                <w:sz w:val="24"/>
                <w:szCs w:val="24"/>
                <w:lang w:val="es-ES"/>
              </w:rPr>
              <w:t>DATOS DE LA CONTRATACIÓN</w:t>
            </w:r>
          </w:p>
        </w:tc>
      </w:tr>
    </w:tbl>
    <w:p w:rsidR="001B0C5B" w:rsidRPr="003E00DD" w:rsidRDefault="001B0C5B" w:rsidP="001B0C5B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lang w:val="es-ES"/>
        </w:rPr>
      </w:pPr>
    </w:p>
    <w:p w:rsidR="002E71FD" w:rsidRPr="003E00DD" w:rsidRDefault="00333EDA" w:rsidP="001B0C5B">
      <w:pPr>
        <w:pStyle w:val="Listaconvietas"/>
        <w:numPr>
          <w:ilvl w:val="0"/>
          <w:numId w:val="0"/>
        </w:numPr>
        <w:ind w:left="36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(S</w:t>
      </w:r>
      <w:r w:rsidR="002E71FD" w:rsidRPr="003E00DD">
        <w:rPr>
          <w:rFonts w:ascii="Arial" w:hAnsi="Arial" w:cs="Arial"/>
          <w:lang w:val="es-ES"/>
        </w:rPr>
        <w:t>e deberán cumplimentar una tabla por cada trabajador/a)</w:t>
      </w:r>
    </w:p>
    <w:p w:rsidR="001C6295" w:rsidRPr="003113B3" w:rsidRDefault="001C6295">
      <w:pPr>
        <w:pStyle w:val="Ttulo2"/>
        <w:rPr>
          <w:rFonts w:ascii="Arial" w:hAnsi="Arial" w:cs="Arial"/>
          <w:lang w:val="es-ES"/>
        </w:rPr>
      </w:pPr>
    </w:p>
    <w:tbl>
      <w:tblPr>
        <w:tblStyle w:val="Tablaconcuadrcula"/>
        <w:tblW w:w="8931" w:type="dxa"/>
        <w:tblInd w:w="-147" w:type="dxa"/>
        <w:tblLook w:val="04A0" w:firstRow="1" w:lastRow="0" w:firstColumn="1" w:lastColumn="0" w:noHBand="0" w:noVBand="1"/>
      </w:tblPr>
      <w:tblGrid>
        <w:gridCol w:w="8931"/>
      </w:tblGrid>
      <w:tr w:rsidR="00C63FB6" w:rsidRPr="003113B3" w:rsidTr="00AC24CB">
        <w:tc>
          <w:tcPr>
            <w:tcW w:w="8931" w:type="dxa"/>
            <w:shd w:val="clear" w:color="auto" w:fill="95B3D7" w:themeFill="accent1" w:themeFillTint="99"/>
            <w:vAlign w:val="center"/>
          </w:tcPr>
          <w:p w:rsidR="001F4FA2" w:rsidRDefault="001F4FA2" w:rsidP="001F4FA2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  <w:p w:rsidR="00C63FB6" w:rsidRDefault="003E00DD" w:rsidP="001F4FA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113B3">
              <w:rPr>
                <w:rFonts w:ascii="Arial" w:hAnsi="Arial" w:cs="Arial"/>
                <w:b/>
                <w:lang w:val="es-ES"/>
              </w:rPr>
              <w:t xml:space="preserve">TRABAJADOR </w:t>
            </w:r>
            <w:r w:rsidR="003113B3">
              <w:rPr>
                <w:rFonts w:ascii="Arial" w:hAnsi="Arial" w:cs="Arial"/>
                <w:b/>
                <w:lang w:val="es-ES"/>
              </w:rPr>
              <w:t>1,2,3, (…)</w:t>
            </w:r>
          </w:p>
          <w:p w:rsidR="001F4FA2" w:rsidRPr="003113B3" w:rsidRDefault="001F4FA2" w:rsidP="001F4FA2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:rsidR="002E71FD" w:rsidRPr="003E00DD" w:rsidRDefault="002E71FD" w:rsidP="002E71FD">
      <w:pPr>
        <w:rPr>
          <w:rFonts w:ascii="Arial" w:hAnsi="Arial" w:cs="Arial"/>
          <w:lang w:val="es-ES"/>
        </w:rPr>
      </w:pPr>
    </w:p>
    <w:tbl>
      <w:tblPr>
        <w:tblStyle w:val="Tabladecuadrcula6concolores-nfasis1"/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C63FB6" w:rsidRPr="003E00DD" w:rsidTr="00AC24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tcBorders>
              <w:bottom w:val="none" w:sz="0" w:space="0" w:color="auto"/>
            </w:tcBorders>
          </w:tcPr>
          <w:p w:rsidR="003E00DD" w:rsidRPr="003E00DD" w:rsidRDefault="003E00DD" w:rsidP="002E71FD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Pr="003E00DD" w:rsidRDefault="003E00DD" w:rsidP="001F4FA2">
            <w:pPr>
              <w:jc w:val="center"/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INFORMACIÓN</w:t>
            </w:r>
          </w:p>
          <w:p w:rsidR="003E00DD" w:rsidRPr="003E00DD" w:rsidRDefault="003E00DD" w:rsidP="002E71FD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Puesto a contratar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Categoría profesional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Convenio colectivo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Perfil profesional requerido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Funciones y tareas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Tipo de contrato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Fecha prevista de inicio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Duración del contrato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Jornada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Horario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Centro de trabajo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Dirección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shd w:val="clear" w:color="auto" w:fill="95B3D7" w:themeFill="accent1" w:themeFillTint="99"/>
          </w:tcPr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  <w:r w:rsidRPr="003E00DD">
              <w:rPr>
                <w:rFonts w:ascii="Arial" w:hAnsi="Arial" w:cs="Arial"/>
                <w:color w:val="000000" w:themeColor="text1"/>
                <w:lang w:val="es-ES"/>
              </w:rPr>
              <w:t>Municipio</w:t>
            </w: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  <w:tr w:rsidR="00C63FB6" w:rsidRPr="003E00DD" w:rsidTr="00AC24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:rsidR="00C63FB6" w:rsidRDefault="00C63FB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  <w:p w:rsidR="00C11116" w:rsidRPr="003E00DD" w:rsidRDefault="00C11116" w:rsidP="001F4FA2">
            <w:pPr>
              <w:rPr>
                <w:rFonts w:ascii="Arial" w:hAnsi="Arial" w:cs="Arial"/>
                <w:color w:val="000000" w:themeColor="text1"/>
                <w:lang w:val="es-ES"/>
              </w:rPr>
            </w:pPr>
          </w:p>
        </w:tc>
      </w:tr>
    </w:tbl>
    <w:p w:rsidR="002E71FD" w:rsidRDefault="002E71FD" w:rsidP="002E71FD">
      <w:pPr>
        <w:rPr>
          <w:rFonts w:ascii="Arial" w:hAnsi="Arial" w:cs="Arial"/>
          <w:lang w:val="es-ES"/>
        </w:rPr>
      </w:pPr>
    </w:p>
    <w:p w:rsidR="00C11116" w:rsidRDefault="00C11116" w:rsidP="002E71FD">
      <w:pPr>
        <w:rPr>
          <w:rFonts w:ascii="Arial" w:hAnsi="Arial" w:cs="Arial"/>
          <w:lang w:val="es-ES"/>
        </w:rPr>
      </w:pPr>
    </w:p>
    <w:p w:rsidR="00C11116" w:rsidRPr="003E00DD" w:rsidRDefault="00C11116" w:rsidP="002E71FD">
      <w:pPr>
        <w:rPr>
          <w:rFonts w:ascii="Arial" w:hAnsi="Arial" w:cs="Arial"/>
          <w:lang w:val="es-ES"/>
        </w:rPr>
      </w:pPr>
    </w:p>
    <w:tbl>
      <w:tblPr>
        <w:tblStyle w:val="Tablaconcuadrcula"/>
        <w:tblW w:w="9209" w:type="dxa"/>
        <w:jc w:val="center"/>
        <w:tblLook w:val="04A0" w:firstRow="1" w:lastRow="0" w:firstColumn="1" w:lastColumn="0" w:noHBand="0" w:noVBand="1"/>
      </w:tblPr>
      <w:tblGrid>
        <w:gridCol w:w="9209"/>
      </w:tblGrid>
      <w:tr w:rsidR="00C63FB6" w:rsidRPr="003E00DD" w:rsidTr="00AC24CB">
        <w:trPr>
          <w:trHeight w:val="636"/>
          <w:jc w:val="center"/>
        </w:trPr>
        <w:tc>
          <w:tcPr>
            <w:tcW w:w="9209" w:type="dxa"/>
            <w:shd w:val="clear" w:color="auto" w:fill="95B3D7" w:themeFill="accent1" w:themeFillTint="99"/>
          </w:tcPr>
          <w:p w:rsidR="00C11116" w:rsidRDefault="00C11116" w:rsidP="002E71FD">
            <w:pPr>
              <w:rPr>
                <w:rFonts w:ascii="Arial" w:hAnsi="Arial" w:cs="Arial"/>
                <w:b/>
                <w:lang w:val="es-ES"/>
              </w:rPr>
            </w:pPr>
          </w:p>
          <w:p w:rsidR="00C63FB6" w:rsidRDefault="00C11116" w:rsidP="002E71FD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PERSONA DESTINATARIA</w:t>
            </w:r>
          </w:p>
          <w:p w:rsidR="00C11116" w:rsidRPr="003E00DD" w:rsidRDefault="00C11116" w:rsidP="002E71FD">
            <w:pPr>
              <w:rPr>
                <w:rFonts w:ascii="Arial" w:hAnsi="Arial" w:cs="Arial"/>
                <w:b/>
                <w:lang w:val="es-ES"/>
              </w:rPr>
            </w:pPr>
          </w:p>
        </w:tc>
      </w:tr>
      <w:tr w:rsidR="003E00DD" w:rsidRPr="003E00DD" w:rsidTr="00AC24CB">
        <w:trPr>
          <w:jc w:val="center"/>
        </w:trPr>
        <w:tc>
          <w:tcPr>
            <w:tcW w:w="9209" w:type="dxa"/>
            <w:shd w:val="clear" w:color="auto" w:fill="auto"/>
          </w:tcPr>
          <w:p w:rsidR="003E00DD" w:rsidRPr="003E00DD" w:rsidRDefault="003E00DD" w:rsidP="002E71FD">
            <w:pPr>
              <w:rPr>
                <w:rFonts w:ascii="Arial" w:hAnsi="Arial" w:cs="Arial"/>
                <w:lang w:val="es-ES"/>
              </w:rPr>
            </w:pPr>
          </w:p>
          <w:p w:rsidR="003E00DD" w:rsidRPr="003E00DD" w:rsidRDefault="003E00DD" w:rsidP="002E71FD">
            <w:pPr>
              <w:rPr>
                <w:rFonts w:ascii="Arial" w:hAnsi="Arial" w:cs="Arial"/>
                <w:lang w:val="es-ES"/>
              </w:rPr>
            </w:pPr>
            <w:r w:rsidRPr="003E00DD">
              <w:rPr>
                <w:rFonts w:ascii="Segoe UI Symbol" w:hAnsi="Segoe UI Symbol" w:cs="Segoe UI Symbol"/>
                <w:lang w:val="es-ES"/>
              </w:rPr>
              <w:t>☐</w:t>
            </w:r>
            <w:r w:rsidRPr="003E00DD">
              <w:rPr>
                <w:rFonts w:ascii="Arial" w:hAnsi="Arial" w:cs="Arial"/>
                <w:lang w:val="es-ES"/>
              </w:rPr>
              <w:t xml:space="preserve"> Persona con discapacidad igual o superior al 33%</w:t>
            </w:r>
          </w:p>
          <w:p w:rsidR="003E00DD" w:rsidRPr="003E00DD" w:rsidRDefault="003E00DD" w:rsidP="002E71FD">
            <w:pPr>
              <w:rPr>
                <w:rFonts w:ascii="Arial" w:hAnsi="Arial" w:cs="Arial"/>
                <w:lang w:val="es-ES"/>
              </w:rPr>
            </w:pPr>
          </w:p>
        </w:tc>
      </w:tr>
      <w:tr w:rsidR="003E00DD" w:rsidRPr="003E00DD" w:rsidTr="00AC24CB">
        <w:trPr>
          <w:jc w:val="center"/>
        </w:trPr>
        <w:tc>
          <w:tcPr>
            <w:tcW w:w="9209" w:type="dxa"/>
            <w:shd w:val="clear" w:color="auto" w:fill="auto"/>
          </w:tcPr>
          <w:p w:rsidR="003E00DD" w:rsidRPr="003E00DD" w:rsidRDefault="003E00DD" w:rsidP="002E71FD">
            <w:pPr>
              <w:rPr>
                <w:rFonts w:ascii="Arial" w:hAnsi="Arial" w:cs="Arial"/>
                <w:lang w:val="es-ES"/>
              </w:rPr>
            </w:pPr>
          </w:p>
          <w:p w:rsidR="003E00DD" w:rsidRPr="003E00DD" w:rsidRDefault="003E00DD" w:rsidP="002E71FD">
            <w:pPr>
              <w:rPr>
                <w:rFonts w:ascii="Arial" w:hAnsi="Arial" w:cs="Arial"/>
                <w:lang w:val="es-ES"/>
              </w:rPr>
            </w:pPr>
            <w:r w:rsidRPr="003E00DD">
              <w:rPr>
                <w:rFonts w:ascii="Segoe UI Symbol" w:hAnsi="Segoe UI Symbol" w:cs="Segoe UI Symbol"/>
                <w:lang w:val="es-ES"/>
              </w:rPr>
              <w:t>☐</w:t>
            </w:r>
            <w:r w:rsidRPr="003E00DD">
              <w:rPr>
                <w:rFonts w:ascii="Arial" w:hAnsi="Arial" w:cs="Arial"/>
                <w:lang w:val="es-ES"/>
              </w:rPr>
              <w:t xml:space="preserve"> Persona ya identificada: Sí / No</w:t>
            </w:r>
            <w:r w:rsidRPr="003E00DD">
              <w:rPr>
                <w:rFonts w:ascii="Arial" w:hAnsi="Arial" w:cs="Arial"/>
                <w:lang w:val="es-ES"/>
              </w:rPr>
              <w:br/>
            </w:r>
            <w:r w:rsidR="00544194">
              <w:rPr>
                <w:rFonts w:ascii="Arial" w:hAnsi="Arial" w:cs="Arial"/>
                <w:lang w:val="es-ES"/>
              </w:rPr>
              <w:t>En caso afirmativo, indique el g</w:t>
            </w:r>
            <w:r w:rsidRPr="003E00DD">
              <w:rPr>
                <w:rFonts w:ascii="Arial" w:hAnsi="Arial" w:cs="Arial"/>
                <w:lang w:val="es-ES"/>
              </w:rPr>
              <w:t>rado</w:t>
            </w:r>
            <w:r w:rsidR="00544194">
              <w:rPr>
                <w:rFonts w:ascii="Arial" w:hAnsi="Arial" w:cs="Arial"/>
                <w:lang w:val="es-ES"/>
              </w:rPr>
              <w:t xml:space="preserve"> de discapacidad:</w:t>
            </w:r>
            <w:bookmarkStart w:id="0" w:name="_GoBack"/>
            <w:bookmarkEnd w:id="0"/>
          </w:p>
          <w:p w:rsidR="003E00DD" w:rsidRPr="003E00DD" w:rsidRDefault="003E00DD" w:rsidP="002E71FD">
            <w:pPr>
              <w:rPr>
                <w:rFonts w:ascii="Arial" w:hAnsi="Arial" w:cs="Arial"/>
                <w:b/>
                <w:lang w:val="es-ES"/>
              </w:rPr>
            </w:pPr>
          </w:p>
        </w:tc>
      </w:tr>
    </w:tbl>
    <w:p w:rsidR="003E00DD" w:rsidRPr="003E00DD" w:rsidRDefault="003E00DD" w:rsidP="003E00DD">
      <w:pPr>
        <w:jc w:val="center"/>
        <w:rPr>
          <w:rFonts w:ascii="Arial" w:hAnsi="Arial" w:cs="Arial"/>
          <w:sz w:val="20"/>
          <w:szCs w:val="20"/>
          <w:lang w:val="es-ES"/>
        </w:rPr>
      </w:pPr>
    </w:p>
    <w:tbl>
      <w:tblPr>
        <w:tblW w:w="533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5"/>
      </w:tblGrid>
      <w:tr w:rsidR="003E00DD" w:rsidRPr="003E00DD" w:rsidTr="00AC24CB">
        <w:trPr>
          <w:trHeight w:val="71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3E00DD" w:rsidRPr="003E00DD" w:rsidRDefault="00C11116" w:rsidP="00AC24CB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es-ES"/>
              </w:rPr>
              <w:t>PRESUPUESTO</w:t>
            </w:r>
          </w:p>
        </w:tc>
      </w:tr>
      <w:tr w:rsidR="003E00DD" w:rsidRPr="003E00DD" w:rsidTr="00AC24CB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7E4" w:rsidRDefault="007917E4" w:rsidP="00FE28DD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rial" w:hAnsi="Arial" w:cs="Arial"/>
                <w:i/>
                <w:iCs/>
                <w:color w:val="C0C0C0"/>
                <w:lang w:val="es-ES"/>
              </w:rPr>
            </w:pPr>
          </w:p>
          <w:p w:rsidR="00FE28DD" w:rsidRDefault="003E00DD" w:rsidP="00FE28DD">
            <w:pPr>
              <w:pStyle w:val="Ttulo3"/>
              <w:keepLines w:val="0"/>
              <w:tabs>
                <w:tab w:val="num" w:pos="720"/>
              </w:tabs>
              <w:spacing w:before="0" w:line="240" w:lineRule="auto"/>
              <w:ind w:left="720" w:hanging="360"/>
              <w:jc w:val="center"/>
              <w:rPr>
                <w:rFonts w:ascii="Aptos" w:hAnsi="Aptos"/>
                <w:sz w:val="20"/>
                <w:szCs w:val="20"/>
              </w:rPr>
            </w:pPr>
            <w:r w:rsidRPr="003E00DD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Cumplimentar Anexo </w:t>
            </w:r>
            <w:r w:rsidR="00B36920">
              <w:rPr>
                <w:rFonts w:ascii="Arial" w:hAnsi="Arial" w:cs="Arial"/>
                <w:i/>
                <w:iCs/>
                <w:color w:val="C0C0C0"/>
                <w:lang w:val="es-ES"/>
              </w:rPr>
              <w:t>2</w:t>
            </w:r>
            <w:r w:rsid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_ 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Una vez cumplimentado el Excel se </w:t>
            </w:r>
            <w:r w:rsidR="00FE28DD" w:rsidRP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deberá presenta</w:t>
            </w:r>
            <w:r w:rsidR="007917E4" w:rsidRP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r</w:t>
            </w:r>
            <w:r w:rsidR="00FE28DD" w:rsidRP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:</w:t>
            </w:r>
            <w:r w:rsidR="00FE28DD" w:rsidRPr="000673CA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:rsidR="007917E4" w:rsidRPr="007917E4" w:rsidRDefault="007917E4" w:rsidP="007917E4">
            <w:pPr>
              <w:rPr>
                <w:lang w:val="es-ES"/>
              </w:rPr>
            </w:pPr>
          </w:p>
          <w:p w:rsidR="00FE28DD" w:rsidRDefault="00FE28DD" w:rsidP="007917E4">
            <w:pPr>
              <w:pStyle w:val="Ttulo3"/>
              <w:keepLines w:val="0"/>
              <w:numPr>
                <w:ilvl w:val="0"/>
                <w:numId w:val="12"/>
              </w:numPr>
              <w:spacing w:before="0" w:line="240" w:lineRule="auto"/>
              <w:rPr>
                <w:rFonts w:ascii="Arial" w:hAnsi="Arial" w:cs="Arial"/>
                <w:i/>
                <w:iCs/>
                <w:color w:val="C0C0C0"/>
                <w:lang w:val="es-ES"/>
              </w:rPr>
            </w:pPr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>U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n</w:t>
            </w:r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>a copia en PDF fi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rmada por Registro Electrónico.</w:t>
            </w:r>
          </w:p>
          <w:p w:rsidR="007917E4" w:rsidRPr="007917E4" w:rsidRDefault="007917E4" w:rsidP="007917E4">
            <w:pPr>
              <w:rPr>
                <w:lang w:val="es-ES"/>
              </w:rPr>
            </w:pPr>
          </w:p>
          <w:p w:rsidR="00FE28DD" w:rsidRDefault="00FE28DD" w:rsidP="007917E4">
            <w:pPr>
              <w:pStyle w:val="Ttulo3"/>
              <w:keepLines w:val="0"/>
              <w:numPr>
                <w:ilvl w:val="0"/>
                <w:numId w:val="12"/>
              </w:numPr>
              <w:spacing w:before="0" w:line="240" w:lineRule="auto"/>
              <w:jc w:val="both"/>
              <w:rPr>
                <w:rFonts w:ascii="Arial" w:hAnsi="Arial" w:cs="Arial"/>
                <w:i/>
                <w:iCs/>
                <w:color w:val="C0C0C0"/>
                <w:lang w:val="es-ES"/>
              </w:rPr>
            </w:pPr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Una copia en formato Excel, la cual deberá ser remitida al correo electrónico </w:t>
            </w:r>
            <w:hyperlink r:id="rId9" w:history="1">
              <w:r w:rsidR="007917E4" w:rsidRPr="00F519BC">
                <w:rPr>
                  <w:rStyle w:val="Hipervnculo"/>
                  <w:rFonts w:ascii="Arial" w:hAnsi="Arial" w:cs="Arial"/>
                  <w:i/>
                  <w:iCs/>
                  <w:lang w:val="es-ES"/>
                </w:rPr>
                <w:t>autonomiapersonal@santander.es</w:t>
              </w:r>
            </w:hyperlink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, acompañado del resguardo del registro electrónico de presentación de la 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solicitud.</w:t>
            </w:r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 xml:space="preserve">, 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D</w:t>
            </w:r>
            <w:r w:rsidRPr="00FE28DD">
              <w:rPr>
                <w:rFonts w:ascii="Arial" w:hAnsi="Arial" w:cs="Arial"/>
                <w:i/>
                <w:iCs/>
                <w:color w:val="C0C0C0"/>
                <w:lang w:val="es-ES"/>
              </w:rPr>
              <w:t>icho mail deberá estar encabezado con el siguiente asunto: Nombre de la Entidad/</w:t>
            </w:r>
            <w:r w:rsidR="007917E4">
              <w:rPr>
                <w:rFonts w:ascii="Arial" w:hAnsi="Arial" w:cs="Arial"/>
                <w:i/>
                <w:iCs/>
                <w:color w:val="C0C0C0"/>
                <w:lang w:val="es-ES"/>
              </w:rPr>
              <w:t>SolicitudSantanderteapoya2026</w:t>
            </w:r>
          </w:p>
          <w:p w:rsidR="007917E4" w:rsidRPr="007917E4" w:rsidRDefault="007917E4" w:rsidP="007917E4">
            <w:pPr>
              <w:rPr>
                <w:lang w:val="es-ES"/>
              </w:rPr>
            </w:pPr>
          </w:p>
          <w:p w:rsidR="00FE28DD" w:rsidRPr="00FE28DD" w:rsidRDefault="00FE28DD" w:rsidP="00FE28DD">
            <w:pPr>
              <w:rPr>
                <w:lang w:val="es-ES"/>
              </w:rPr>
            </w:pPr>
          </w:p>
        </w:tc>
      </w:tr>
    </w:tbl>
    <w:p w:rsidR="00473BAB" w:rsidRDefault="00473BAB" w:rsidP="003E00DD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es-ES"/>
        </w:rPr>
      </w:pPr>
    </w:p>
    <w:p w:rsidR="003E00DD" w:rsidRPr="00E16071" w:rsidRDefault="003E00DD" w:rsidP="003E00DD">
      <w:pPr>
        <w:rPr>
          <w:lang w:val="es-ES"/>
        </w:rPr>
      </w:pPr>
    </w:p>
    <w:p w:rsidR="00473BAB" w:rsidRPr="00E16071" w:rsidRDefault="00473BAB" w:rsidP="00473BAB">
      <w:pPr>
        <w:rPr>
          <w:lang w:val="es-ES"/>
        </w:rPr>
      </w:pPr>
    </w:p>
    <w:p w:rsidR="00473BAB" w:rsidRPr="00E16071" w:rsidRDefault="00473BAB" w:rsidP="00473BAB">
      <w:pPr>
        <w:tabs>
          <w:tab w:val="left" w:pos="1485"/>
        </w:tabs>
        <w:rPr>
          <w:lang w:val="es-ES"/>
        </w:rPr>
      </w:pPr>
      <w:r w:rsidRPr="00E16071">
        <w:rPr>
          <w:lang w:val="es-ES"/>
        </w:rPr>
        <w:tab/>
      </w:r>
    </w:p>
    <w:p w:rsidR="00473BAB" w:rsidRPr="00E16071" w:rsidRDefault="00473BAB" w:rsidP="00473BAB">
      <w:pPr>
        <w:tabs>
          <w:tab w:val="left" w:pos="1485"/>
        </w:tabs>
        <w:rPr>
          <w:lang w:val="es-ES"/>
        </w:rPr>
      </w:pPr>
    </w:p>
    <w:sectPr w:rsidR="00473BAB" w:rsidRPr="00E16071" w:rsidSect="001B0C5B">
      <w:headerReference w:type="default" r:id="rId10"/>
      <w:footerReference w:type="default" r:id="rId11"/>
      <w:pgSz w:w="12240" w:h="15840"/>
      <w:pgMar w:top="1440" w:right="1800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496" w:rsidRDefault="00960496" w:rsidP="00960496">
      <w:pPr>
        <w:spacing w:after="0" w:line="240" w:lineRule="auto"/>
      </w:pPr>
      <w:r>
        <w:separator/>
      </w:r>
    </w:p>
  </w:endnote>
  <w:endnote w:type="continuationSeparator" w:id="0">
    <w:p w:rsidR="00960496" w:rsidRDefault="00960496" w:rsidP="0096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s-ES_tradnl"/>
      </w:rPr>
      <w:id w:val="-643195964"/>
      <w:docPartObj>
        <w:docPartGallery w:val="Page Numbers (Bottom of Page)"/>
        <w:docPartUnique/>
      </w:docPartObj>
    </w:sdtPr>
    <w:sdtEndPr/>
    <w:sdtContent>
      <w:p w:rsidR="00CC674F" w:rsidRPr="00CC674F" w:rsidRDefault="00CC674F" w:rsidP="00CC674F">
        <w:pPr>
          <w:pStyle w:val="Piedepgina"/>
          <w:jc w:val="right"/>
          <w:rPr>
            <w:lang w:val="es-ES_tradnl"/>
          </w:rPr>
        </w:pPr>
        <w:r w:rsidRPr="00CC674F">
          <w:rPr>
            <w:noProof/>
            <w:lang w:val="es-ES" w:eastAsia="es-ES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bottomMargin">
                    <wp:align>bottom</wp:align>
                  </wp:positionV>
                  <wp:extent cx="914400" cy="914400"/>
                  <wp:effectExtent l="11430" t="0" r="0" b="0"/>
                  <wp:wrapNone/>
                  <wp:docPr id="1" name="Gru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4400" cy="914400"/>
                            <a:chOff x="10800" y="14400"/>
                            <a:chExt cx="1440" cy="1440"/>
                          </a:xfrm>
                        </wpg:grpSpPr>
                        <wps:wsp>
                          <wps:cNvPr id="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0" y="14400"/>
                              <a:ext cx="14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C674F" w:rsidRDefault="00CC674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AutoShape 3"/>
                          <wps:cNvSpPr>
                            <a:spLocks noChangeArrowheads="1"/>
                          </wps:cNvSpPr>
                          <wps:spPr bwMode="auto">
                            <a:xfrm rot="13500000" flipH="1">
                              <a:off x="10813" y="14744"/>
                              <a:ext cx="1121" cy="495"/>
                            </a:xfrm>
                            <a:prstGeom prst="homePlate">
                              <a:avLst>
                                <a:gd name="adj" fmla="val 56616"/>
                              </a:avLst>
                            </a:prstGeom>
                            <a:noFill/>
                            <a:ln w="9525">
                              <a:solidFill>
                                <a:srgbClr val="5C83B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CC674F" w:rsidRDefault="00CC674F">
                                <w:pPr>
                                  <w:pStyle w:val="Piedepgina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544194" w:rsidRPr="00544194">
                                  <w:rPr>
                                    <w:noProof/>
                                    <w:lang w:val="es-ES"/>
                                  </w:rPr>
                                  <w:t>5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o 1" o:spid="_x0000_s1026" style="position:absolute;left:0;text-align:left;margin-left:20.8pt;margin-top:0;width:1in;height:1in;z-index:251660288;mso-position-horizontal:right;mso-position-horizontal-relative:right-margin-area;mso-position-vertical:bottom;mso-position-vertical-relative:bottom-margin-area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" o:allowincell="f">
                  <v:rect id="Rectangle 2" o:spid="_x0000_s1027" style="position:absolute;left:10800;top:1440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>
                    <v:textbox>
                      <w:txbxContent>
                        <w:p w:rsidR="00CC674F" w:rsidRDefault="00CC674F"/>
                      </w:txbxContent>
                    </v:textbox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utoShape 3" o:spid="_x0000_s1028" type="#_x0000_t15" style="position:absolute;left:10813;top:14744;width:1121;height:495;rotation:13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" filled="f" fillcolor="#5c83b4" strokecolor="#5c83b4">
                    <v:textbox inset=",0,,0">
                      <w:txbxContent>
                        <w:p w:rsidR="00CC674F" w:rsidRDefault="00CC674F">
                          <w:pPr>
                            <w:pStyle w:val="Piedepgina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44194" w:rsidRPr="00544194">
                            <w:rPr>
                              <w:noProof/>
                              <w:lang w:val="es-ES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  <w:r>
          <w:rPr>
            <w:lang w:val="es-ES_tradnl"/>
          </w:rPr>
          <w:t>Formulario de solicitud_ Santander te Apoya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496" w:rsidRDefault="00960496" w:rsidP="00960496">
      <w:pPr>
        <w:spacing w:after="0" w:line="240" w:lineRule="auto"/>
      </w:pPr>
      <w:r>
        <w:separator/>
      </w:r>
    </w:p>
  </w:footnote>
  <w:footnote w:type="continuationSeparator" w:id="0">
    <w:p w:rsidR="00960496" w:rsidRDefault="00960496" w:rsidP="00960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496" w:rsidRDefault="00960496">
    <w:pPr>
      <w:pStyle w:val="Encabezado"/>
    </w:pPr>
    <w:r>
      <w:rPr>
        <w:rFonts w:ascii="Aptos" w:hAnsi="Aptos"/>
        <w:b/>
        <w:iCs/>
        <w:noProof/>
        <w:color w:val="000000"/>
        <w:sz w:val="20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5390515" cy="552450"/>
          <wp:effectExtent l="0" t="0" r="635" b="0"/>
          <wp:wrapNone/>
          <wp:docPr id="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DB4AAD"/>
    <w:multiLevelType w:val="hybridMultilevel"/>
    <w:tmpl w:val="1BD62BC4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093E5F"/>
    <w:multiLevelType w:val="hybridMultilevel"/>
    <w:tmpl w:val="214A76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60CD2"/>
    <w:multiLevelType w:val="hybridMultilevel"/>
    <w:tmpl w:val="1CF2DADC"/>
    <w:lvl w:ilvl="0" w:tplc="CE46CD64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282FA9"/>
    <w:multiLevelType w:val="hybridMultilevel"/>
    <w:tmpl w:val="DC8ED3A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58C6"/>
    <w:rsid w:val="00034616"/>
    <w:rsid w:val="0006063C"/>
    <w:rsid w:val="00097732"/>
    <w:rsid w:val="000D46A4"/>
    <w:rsid w:val="0015074B"/>
    <w:rsid w:val="00167A56"/>
    <w:rsid w:val="001B0C5B"/>
    <w:rsid w:val="001C6295"/>
    <w:rsid w:val="001F4FA2"/>
    <w:rsid w:val="0029639D"/>
    <w:rsid w:val="002C7F27"/>
    <w:rsid w:val="002E71FD"/>
    <w:rsid w:val="003113B3"/>
    <w:rsid w:val="00326F90"/>
    <w:rsid w:val="0033020B"/>
    <w:rsid w:val="00333EDA"/>
    <w:rsid w:val="003A124D"/>
    <w:rsid w:val="003E00DD"/>
    <w:rsid w:val="004436C2"/>
    <w:rsid w:val="00473BAB"/>
    <w:rsid w:val="00544194"/>
    <w:rsid w:val="00582928"/>
    <w:rsid w:val="0072020F"/>
    <w:rsid w:val="007917E4"/>
    <w:rsid w:val="007B45B6"/>
    <w:rsid w:val="007D1644"/>
    <w:rsid w:val="00960496"/>
    <w:rsid w:val="009665CA"/>
    <w:rsid w:val="009B5CD2"/>
    <w:rsid w:val="009C795C"/>
    <w:rsid w:val="009E3E73"/>
    <w:rsid w:val="00A32883"/>
    <w:rsid w:val="00A57666"/>
    <w:rsid w:val="00AA1D8D"/>
    <w:rsid w:val="00AA778A"/>
    <w:rsid w:val="00AC24CB"/>
    <w:rsid w:val="00B36920"/>
    <w:rsid w:val="00B47730"/>
    <w:rsid w:val="00BF32F5"/>
    <w:rsid w:val="00C11116"/>
    <w:rsid w:val="00C63FB6"/>
    <w:rsid w:val="00C678F3"/>
    <w:rsid w:val="00CB0664"/>
    <w:rsid w:val="00CC674F"/>
    <w:rsid w:val="00E16071"/>
    <w:rsid w:val="00FC693F"/>
    <w:rsid w:val="00F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569D0FE"/>
  <w14:defaultImageDpi w14:val="300"/>
  <w15:docId w15:val="{B36173B2-BF5E-4301-99FA-F90A8DF0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angradetextonormal">
    <w:name w:val="Body Text Indent"/>
    <w:basedOn w:val="Normal"/>
    <w:link w:val="SangradetextonormalCar"/>
    <w:uiPriority w:val="99"/>
    <w:unhideWhenUsed/>
    <w:rsid w:val="00C678F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C678F3"/>
  </w:style>
  <w:style w:type="table" w:styleId="Tabladecuadrcula1clara-nfasis1">
    <w:name w:val="Grid Table 1 Light Accent 1"/>
    <w:basedOn w:val="Tablanormal"/>
    <w:uiPriority w:val="46"/>
    <w:rsid w:val="00C67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4-nfasis1">
    <w:name w:val="Grid Table 4 Accent 1"/>
    <w:basedOn w:val="Tablanormal"/>
    <w:uiPriority w:val="49"/>
    <w:rsid w:val="004436C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C63FB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7917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tonomiapersonal@santander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391BC9-75ED-4F8E-84C1-1143B6BFF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421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Fierro Herrero</cp:lastModifiedBy>
  <cp:revision>23</cp:revision>
  <dcterms:created xsi:type="dcterms:W3CDTF">2026-07-30T09:16:00Z</dcterms:created>
  <dcterms:modified xsi:type="dcterms:W3CDTF">2026-08-17T10:32:00Z</dcterms:modified>
  <cp:category/>
</cp:coreProperties>
</file>